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EFBE2" w14:textId="481F3854" w:rsidR="005A3F2C" w:rsidRPr="004F489D" w:rsidRDefault="004F489D" w:rsidP="004F489D">
      <w:pPr>
        <w:tabs>
          <w:tab w:val="left" w:pos="225"/>
          <w:tab w:val="center" w:pos="4139"/>
        </w:tabs>
        <w:jc w:val="center"/>
        <w:rPr>
          <w:lang w:val="nl-NL"/>
        </w:rPr>
      </w:pPr>
      <w:r>
        <w:rPr>
          <w:noProof/>
          <w:color w:val="00529B"/>
          <w:lang w:val="nl-NL"/>
        </w:rPr>
        <w:drawing>
          <wp:anchor distT="0" distB="0" distL="114300" distR="114300" simplePos="0" relativeHeight="251658240" behindDoc="1" locked="0" layoutInCell="1" allowOverlap="1" wp14:anchorId="3E824EF9" wp14:editId="1533C2BB">
            <wp:simplePos x="0" y="0"/>
            <wp:positionH relativeFrom="column">
              <wp:posOffset>-106680</wp:posOffset>
            </wp:positionH>
            <wp:positionV relativeFrom="paragraph">
              <wp:posOffset>103505</wp:posOffset>
            </wp:positionV>
            <wp:extent cx="1247775" cy="1212850"/>
            <wp:effectExtent l="0" t="0" r="9525" b="6350"/>
            <wp:wrapTight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ight>
            <wp:docPr id="2040955535" name="Afbeelding 3" descr="Afbeelding met logo, Handelsmerk, teks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55535" name="Afbeelding 3" descr="Afbeelding met logo, Handelsmerk, tekst, Lettertype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56192" behindDoc="1" locked="0" layoutInCell="1" allowOverlap="1" wp14:anchorId="1460FA74" wp14:editId="2B19A08D">
            <wp:simplePos x="0" y="0"/>
            <wp:positionH relativeFrom="column">
              <wp:posOffset>5579745</wp:posOffset>
            </wp:positionH>
            <wp:positionV relativeFrom="paragraph">
              <wp:posOffset>59055</wp:posOffset>
            </wp:positionV>
            <wp:extent cx="9525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68" y="21273"/>
                <wp:lineTo x="21168" y="0"/>
                <wp:lineTo x="0" y="0"/>
              </wp:wrapPolygon>
            </wp:wrapTight>
            <wp:docPr id="1414452626" name="Afbeelding 2" descr="Afbeelding met tekst, logo, Lettertype, Elektrisch bla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52626" name="Afbeelding 2" descr="Afbeelding met tekst, logo, Lettertype, Elektrisch blauw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89D">
        <w:rPr>
          <w:b/>
          <w:color w:val="00529B"/>
          <w:sz w:val="64"/>
          <w:lang w:val="nl-NL"/>
        </w:rPr>
        <w:t>TOEKOMST</w:t>
      </w:r>
      <w:r w:rsidRPr="004F489D">
        <w:rPr>
          <w:b/>
          <w:color w:val="FF6600"/>
          <w:sz w:val="64"/>
          <w:lang w:val="nl-NL"/>
        </w:rPr>
        <w:t>DRIVE</w:t>
      </w:r>
    </w:p>
    <w:p w14:paraId="2EB6B259" w14:textId="2FC01160" w:rsidR="005A3F2C" w:rsidRPr="004F489D" w:rsidRDefault="00000000" w:rsidP="004F489D">
      <w:pPr>
        <w:ind w:left="720" w:firstLine="720"/>
        <w:jc w:val="center"/>
        <w:rPr>
          <w:lang w:val="nl-NL"/>
        </w:rPr>
      </w:pPr>
      <w:r w:rsidRPr="004F489D">
        <w:rPr>
          <w:b/>
          <w:color w:val="00529B"/>
          <w:sz w:val="28"/>
          <w:lang w:val="nl-NL"/>
        </w:rPr>
        <w:t>District Gooi- en Ommeland</w:t>
      </w:r>
    </w:p>
    <w:p w14:paraId="7039F1CE" w14:textId="17132C74" w:rsidR="004F489D" w:rsidRDefault="00000000">
      <w:pPr>
        <w:jc w:val="center"/>
        <w:rPr>
          <w:b/>
          <w:color w:val="FF6600"/>
          <w:sz w:val="28"/>
          <w:lang w:val="nl-NL"/>
        </w:rPr>
      </w:pPr>
      <w:r w:rsidRPr="004F489D">
        <w:rPr>
          <w:b/>
          <w:color w:val="FF6600"/>
          <w:sz w:val="28"/>
          <w:lang w:val="nl-NL"/>
        </w:rPr>
        <w:t>Zaterdag 2 mei 2026  |  Aanvang 13.30 uur</w:t>
      </w:r>
    </w:p>
    <w:p w14:paraId="344A9361" w14:textId="31774858" w:rsidR="005A3F2C" w:rsidRPr="004F489D" w:rsidRDefault="00000000">
      <w:pPr>
        <w:jc w:val="center"/>
        <w:rPr>
          <w:lang w:val="nl-NL"/>
        </w:rPr>
      </w:pPr>
      <w:r w:rsidRPr="004F489D">
        <w:rPr>
          <w:color w:val="00529B"/>
          <w:lang w:val="nl-NL"/>
        </w:rPr>
        <w:t>Denksportcentrum Amersfoort</w:t>
      </w:r>
      <w:r w:rsidRPr="004F489D">
        <w:rPr>
          <w:color w:val="00529B"/>
          <w:lang w:val="nl-NL"/>
        </w:rPr>
        <w:br/>
        <w:t>Nijverheidsweg 76c, Amersfoort</w:t>
      </w:r>
    </w:p>
    <w:p w14:paraId="2C04CE6D" w14:textId="77777777" w:rsidR="005A3F2C" w:rsidRPr="004F489D" w:rsidRDefault="00000000">
      <w:pPr>
        <w:jc w:val="center"/>
        <w:rPr>
          <w:lang w:val="nl-NL"/>
        </w:rPr>
      </w:pPr>
      <w:r w:rsidRPr="004F489D">
        <w:rPr>
          <w:b/>
          <w:color w:val="FF6600"/>
          <w:lang w:val="nl-NL"/>
        </w:rPr>
        <w:t>Vorig jaar 150 enthousiaste deelnemers!</w:t>
      </w:r>
    </w:p>
    <w:p w14:paraId="13A7F83D" w14:textId="77777777" w:rsidR="005A3F2C" w:rsidRPr="004F489D" w:rsidRDefault="00000000">
      <w:pPr>
        <w:jc w:val="center"/>
        <w:rPr>
          <w:lang w:val="nl-NL"/>
        </w:rPr>
      </w:pPr>
      <w:r w:rsidRPr="004F489D">
        <w:rPr>
          <w:lang w:val="nl-NL"/>
        </w:rPr>
        <w:t>____________________________________________________________</w:t>
      </w:r>
    </w:p>
    <w:p w14:paraId="2A7C206E" w14:textId="11B90E16" w:rsidR="005A3F2C" w:rsidRPr="004F489D" w:rsidRDefault="004F489D">
      <w:pPr>
        <w:rPr>
          <w:lang w:val="nl-NL"/>
        </w:rPr>
      </w:pPr>
      <w:r>
        <w:rPr>
          <w:noProof/>
          <w:sz w:val="24"/>
          <w:lang w:val="nl-NL"/>
        </w:rPr>
        <w:drawing>
          <wp:anchor distT="0" distB="0" distL="114300" distR="114300" simplePos="0" relativeHeight="251659264" behindDoc="1" locked="0" layoutInCell="1" allowOverlap="1" wp14:anchorId="04D28228" wp14:editId="5F4319E9">
            <wp:simplePos x="0" y="0"/>
            <wp:positionH relativeFrom="column">
              <wp:posOffset>4055745</wp:posOffset>
            </wp:positionH>
            <wp:positionV relativeFrom="paragraph">
              <wp:posOffset>212090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787577672" name="Afbeelding 4" descr="Afbeelding met scène, kleding, meubels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77672" name="Afbeelding 4" descr="Afbeelding met scène, kleding, meubels, person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489D">
        <w:rPr>
          <w:b/>
          <w:color w:val="00529B"/>
          <w:sz w:val="32"/>
          <w:lang w:val="nl-NL"/>
        </w:rPr>
        <w:t>Voor wie?</w:t>
      </w:r>
    </w:p>
    <w:p w14:paraId="76F4E217" w14:textId="7E970B1E" w:rsidR="005A3F2C" w:rsidRDefault="00000000">
      <w:pPr>
        <w:rPr>
          <w:sz w:val="24"/>
          <w:lang w:val="nl-NL"/>
        </w:rPr>
      </w:pPr>
      <w:r w:rsidRPr="004F489D">
        <w:rPr>
          <w:sz w:val="24"/>
          <w:lang w:val="nl-NL"/>
        </w:rPr>
        <w:t>Een gezellige bridgedrive speciaal voor beginners.</w:t>
      </w:r>
      <w:r w:rsidRPr="004F489D">
        <w:rPr>
          <w:sz w:val="24"/>
          <w:lang w:val="nl-NL"/>
        </w:rPr>
        <w:br/>
        <w:t>Er wordt gespeeld in twee groepen:</w:t>
      </w:r>
      <w:r w:rsidRPr="004F489D">
        <w:rPr>
          <w:sz w:val="24"/>
          <w:lang w:val="nl-NL"/>
        </w:rPr>
        <w:br/>
        <w:t>• Start met Bridge 1</w:t>
      </w:r>
      <w:r w:rsidRPr="004F489D">
        <w:rPr>
          <w:sz w:val="24"/>
          <w:lang w:val="nl-NL"/>
        </w:rPr>
        <w:br/>
        <w:t>• Start met Bridge 2 (of gelijkwaardig niveau)</w:t>
      </w:r>
      <w:r w:rsidRPr="004F489D">
        <w:rPr>
          <w:sz w:val="24"/>
          <w:lang w:val="nl-NL"/>
        </w:rPr>
        <w:br/>
      </w:r>
      <w:r w:rsidRPr="004F489D">
        <w:rPr>
          <w:sz w:val="24"/>
          <w:lang w:val="nl-NL"/>
        </w:rPr>
        <w:br/>
        <w:t>Aanmelden kan met je hele groep, met je partner of individueel.</w:t>
      </w:r>
      <w:r w:rsidR="00D02D69">
        <w:rPr>
          <w:sz w:val="24"/>
          <w:lang w:val="nl-NL"/>
        </w:rPr>
        <w:t xml:space="preserve">  </w:t>
      </w:r>
      <w:r w:rsidRPr="004F489D">
        <w:rPr>
          <w:sz w:val="24"/>
          <w:lang w:val="nl-NL"/>
        </w:rPr>
        <w:t>Docenten zijn van harte welkom.</w:t>
      </w:r>
    </w:p>
    <w:p w14:paraId="26F69204" w14:textId="77777777" w:rsidR="00D02D69" w:rsidRPr="004F489D" w:rsidRDefault="00D02D69">
      <w:pPr>
        <w:rPr>
          <w:lang w:val="nl-NL"/>
        </w:rPr>
      </w:pPr>
    </w:p>
    <w:p w14:paraId="303E1AAA" w14:textId="7212B6D2" w:rsidR="005A3F2C" w:rsidRPr="004F489D" w:rsidRDefault="004F489D" w:rsidP="00D02D69">
      <w:pPr>
        <w:ind w:firstLine="720"/>
        <w:rPr>
          <w:lang w:val="nl-NL"/>
        </w:rPr>
      </w:pPr>
      <w:r>
        <w:rPr>
          <w:noProof/>
          <w:sz w:val="24"/>
          <w:lang w:val="nl-NL"/>
        </w:rPr>
        <w:drawing>
          <wp:anchor distT="0" distB="0" distL="114300" distR="114300" simplePos="0" relativeHeight="251657216" behindDoc="1" locked="0" layoutInCell="1" allowOverlap="1" wp14:anchorId="5F71CCA9" wp14:editId="5B461ED4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6955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960180024" name="Afbeelding 7" descr="Afbeelding met kleding, persoon, overdekt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80024" name="Afbeelding 7" descr="Afbeelding met kleding, persoon, overdekt, scène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89D">
        <w:rPr>
          <w:b/>
          <w:color w:val="00529B"/>
          <w:sz w:val="32"/>
          <w:lang w:val="nl-NL"/>
        </w:rPr>
        <w:t>Wat kun je verwachten?</w:t>
      </w:r>
    </w:p>
    <w:p w14:paraId="5991AB25" w14:textId="07A9740F" w:rsidR="005A3F2C" w:rsidRPr="004F489D" w:rsidRDefault="00000000" w:rsidP="00D02D69">
      <w:pPr>
        <w:ind w:left="5040"/>
        <w:rPr>
          <w:lang w:val="nl-NL"/>
        </w:rPr>
      </w:pPr>
      <w:r w:rsidRPr="004F489D">
        <w:rPr>
          <w:sz w:val="24"/>
          <w:lang w:val="nl-NL"/>
        </w:rPr>
        <w:t>• 18 spellen</w:t>
      </w:r>
      <w:r w:rsidRPr="004F489D">
        <w:rPr>
          <w:sz w:val="24"/>
          <w:lang w:val="nl-NL"/>
        </w:rPr>
        <w:br/>
        <w:t>• Uitslag na afloop</w:t>
      </w:r>
      <w:r w:rsidRPr="004F489D">
        <w:rPr>
          <w:sz w:val="24"/>
          <w:lang w:val="nl-NL"/>
        </w:rPr>
        <w:br/>
        <w:t>• Boekje met spellen en toelichting</w:t>
      </w:r>
      <w:r w:rsidRPr="004F489D">
        <w:rPr>
          <w:sz w:val="24"/>
          <w:lang w:val="nl-NL"/>
        </w:rPr>
        <w:br/>
        <w:t>• Gezellige, leerzame en ontspannen middag</w:t>
      </w:r>
    </w:p>
    <w:p w14:paraId="2339A39A" w14:textId="77777777" w:rsidR="005A3F2C" w:rsidRPr="004F489D" w:rsidRDefault="00000000" w:rsidP="00D02D69">
      <w:pPr>
        <w:ind w:firstLine="720"/>
        <w:rPr>
          <w:lang w:val="nl-NL"/>
        </w:rPr>
      </w:pPr>
      <w:r w:rsidRPr="004F489D">
        <w:rPr>
          <w:b/>
          <w:color w:val="00529B"/>
          <w:sz w:val="32"/>
          <w:lang w:val="nl-NL"/>
        </w:rPr>
        <w:t>Kosten</w:t>
      </w:r>
    </w:p>
    <w:p w14:paraId="75460802" w14:textId="77777777" w:rsidR="005A3F2C" w:rsidRDefault="00000000" w:rsidP="00D02D69">
      <w:pPr>
        <w:ind w:firstLine="720"/>
        <w:rPr>
          <w:sz w:val="24"/>
          <w:lang w:val="nl-NL"/>
        </w:rPr>
      </w:pPr>
      <w:r w:rsidRPr="004F489D">
        <w:rPr>
          <w:sz w:val="24"/>
          <w:lang w:val="nl-NL"/>
        </w:rPr>
        <w:t>Deelname is gratis.</w:t>
      </w:r>
    </w:p>
    <w:p w14:paraId="7D781787" w14:textId="77777777" w:rsidR="00D02D69" w:rsidRPr="004F489D" w:rsidRDefault="00D02D69" w:rsidP="00D02D69">
      <w:pPr>
        <w:ind w:firstLine="720"/>
        <w:rPr>
          <w:lang w:val="nl-NL"/>
        </w:rPr>
      </w:pPr>
    </w:p>
    <w:p w14:paraId="2867FDD4" w14:textId="3E238EB5" w:rsidR="005A3F2C" w:rsidRPr="004F489D" w:rsidRDefault="00000000">
      <w:pPr>
        <w:rPr>
          <w:lang w:val="nl-NL"/>
        </w:rPr>
      </w:pPr>
      <w:r w:rsidRPr="004F489D">
        <w:rPr>
          <w:b/>
          <w:color w:val="00529B"/>
          <w:sz w:val="32"/>
          <w:lang w:val="nl-NL"/>
        </w:rPr>
        <w:t>Aanmelden &amp; Informatie</w:t>
      </w:r>
    </w:p>
    <w:p w14:paraId="38816D68" w14:textId="77777777" w:rsidR="005A3F2C" w:rsidRPr="004F489D" w:rsidRDefault="00000000">
      <w:pPr>
        <w:rPr>
          <w:lang w:val="nl-NL"/>
        </w:rPr>
      </w:pPr>
      <w:r w:rsidRPr="004F489D">
        <w:rPr>
          <w:sz w:val="24"/>
          <w:lang w:val="nl-NL"/>
        </w:rPr>
        <w:t xml:space="preserve">Aanmelden via: </w:t>
      </w:r>
      <w:proofErr w:type="spellStart"/>
      <w:r w:rsidRPr="004F489D">
        <w:rPr>
          <w:sz w:val="24"/>
          <w:lang w:val="nl-NL"/>
        </w:rPr>
        <w:t>toekomstdrive@districtgo.club</w:t>
      </w:r>
      <w:proofErr w:type="spellEnd"/>
      <w:r w:rsidRPr="004F489D">
        <w:rPr>
          <w:sz w:val="24"/>
          <w:lang w:val="nl-NL"/>
        </w:rPr>
        <w:br/>
      </w:r>
      <w:r w:rsidRPr="004F489D">
        <w:rPr>
          <w:sz w:val="24"/>
          <w:lang w:val="nl-NL"/>
        </w:rPr>
        <w:br/>
        <w:t>Informatie:</w:t>
      </w:r>
      <w:r w:rsidRPr="004F489D">
        <w:rPr>
          <w:sz w:val="24"/>
          <w:lang w:val="nl-NL"/>
        </w:rPr>
        <w:br/>
        <w:t>Nel van Norden – 06-407 959 29</w:t>
      </w:r>
      <w:r w:rsidRPr="004F489D">
        <w:rPr>
          <w:sz w:val="24"/>
          <w:lang w:val="nl-NL"/>
        </w:rPr>
        <w:br/>
      </w:r>
      <w:r w:rsidRPr="004F489D">
        <w:rPr>
          <w:sz w:val="24"/>
          <w:lang w:val="nl-NL"/>
        </w:rPr>
        <w:br/>
        <w:t>Meer informatie: Nederlandse Bridge Bond (Agenda → Toekomstdrive)</w:t>
      </w:r>
    </w:p>
    <w:sectPr w:rsidR="005A3F2C" w:rsidRPr="004F489D" w:rsidSect="00034616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2900221">
    <w:abstractNumId w:val="8"/>
  </w:num>
  <w:num w:numId="2" w16cid:durableId="1628007842">
    <w:abstractNumId w:val="6"/>
  </w:num>
  <w:num w:numId="3" w16cid:durableId="1791432193">
    <w:abstractNumId w:val="5"/>
  </w:num>
  <w:num w:numId="4" w16cid:durableId="1850756118">
    <w:abstractNumId w:val="4"/>
  </w:num>
  <w:num w:numId="5" w16cid:durableId="363871526">
    <w:abstractNumId w:val="7"/>
  </w:num>
  <w:num w:numId="6" w16cid:durableId="96871265">
    <w:abstractNumId w:val="3"/>
  </w:num>
  <w:num w:numId="7" w16cid:durableId="1277449846">
    <w:abstractNumId w:val="2"/>
  </w:num>
  <w:num w:numId="8" w16cid:durableId="663826098">
    <w:abstractNumId w:val="1"/>
  </w:num>
  <w:num w:numId="9" w16cid:durableId="1132599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F489D"/>
    <w:rsid w:val="005A3F2C"/>
    <w:rsid w:val="00635C17"/>
    <w:rsid w:val="00674335"/>
    <w:rsid w:val="00AA1D8D"/>
    <w:rsid w:val="00B47730"/>
    <w:rsid w:val="00CB0664"/>
    <w:rsid w:val="00D02D6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C1E85"/>
  <w14:defaultImageDpi w14:val="300"/>
  <w15:docId w15:val="{CDCED8CF-3EA3-4CF5-B72A-A5A26FC9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658</Characters>
  <Application>Microsoft Office Word</Application>
  <DocSecurity>0</DocSecurity>
  <Lines>27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Nel van Norden</cp:lastModifiedBy>
  <cp:revision>2</cp:revision>
  <dcterms:created xsi:type="dcterms:W3CDTF">2026-02-21T10:17:00Z</dcterms:created>
  <dcterms:modified xsi:type="dcterms:W3CDTF">2026-02-21T10:17:00Z</dcterms:modified>
  <cp:category/>
</cp:coreProperties>
</file>